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54" w:type="dxa"/>
        <w:jc w:val="center"/>
        <w:tblLayout w:type="fixed"/>
        <w:tblLook w:val="04A0" w:firstRow="1" w:lastRow="0" w:firstColumn="1" w:lastColumn="0" w:noHBand="0" w:noVBand="1"/>
      </w:tblPr>
      <w:tblGrid>
        <w:gridCol w:w="5477"/>
        <w:gridCol w:w="5477"/>
      </w:tblGrid>
      <w:tr w:rsidR="00851ACB" w:rsidTr="004B7564">
        <w:trPr>
          <w:trHeight w:val="2169"/>
          <w:jc w:val="center"/>
        </w:trPr>
        <w:tc>
          <w:tcPr>
            <w:tcW w:w="54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1ACB" w:rsidRDefault="00206061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99430" cy="13994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t_logo_extracted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704" cy="1421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1ACB" w:rsidRPr="00426CEA" w:rsidRDefault="00206061">
            <w:pPr>
              <w:spacing w:after="0" w:line="240" w:lineRule="auto"/>
              <w:jc w:val="center"/>
              <w:rPr>
                <w:rFonts w:ascii="Century Schoolbook" w:hAnsi="Century Schoolbook"/>
                <w:sz w:val="20"/>
              </w:rPr>
            </w:pPr>
            <w:r w:rsidRPr="00426CEA">
              <w:rPr>
                <w:rFonts w:ascii="Century Schoolbook" w:hAnsi="Century Schoolbook"/>
                <w:b/>
                <w:sz w:val="40"/>
              </w:rPr>
              <w:t>2026 Festival of Trees</w:t>
            </w:r>
          </w:p>
          <w:p w:rsidR="00851ACB" w:rsidRPr="00741245" w:rsidRDefault="00206061">
            <w:pPr>
              <w:spacing w:after="0" w:line="240" w:lineRule="auto"/>
              <w:jc w:val="center"/>
              <w:rPr>
                <w:rFonts w:ascii="Century Schoolbook" w:hAnsi="Century Schoolbook"/>
                <w:sz w:val="22"/>
              </w:rPr>
            </w:pPr>
            <w:r w:rsidRPr="00426CEA">
              <w:rPr>
                <w:rFonts w:ascii="Century Schoolbook" w:hAnsi="Century Schoolbook"/>
                <w:b/>
                <w:sz w:val="36"/>
              </w:rPr>
              <w:t>Designer Entry Form</w:t>
            </w:r>
          </w:p>
          <w:p w:rsidR="00851ACB" w:rsidRDefault="00206061">
            <w:pPr>
              <w:spacing w:after="0" w:line="240" w:lineRule="auto"/>
              <w:jc w:val="center"/>
            </w:pPr>
            <w:r w:rsidRPr="00741245">
              <w:rPr>
                <w:i/>
                <w:sz w:val="22"/>
              </w:rPr>
              <w:t>Please complete one form for each entry.</w:t>
            </w:r>
          </w:p>
        </w:tc>
      </w:tr>
    </w:tbl>
    <w:p w:rsidR="004B7564" w:rsidRDefault="008F290B">
      <w:pPr>
        <w:spacing w:after="80" w:line="240" w:lineRule="auto"/>
        <w:jc w:val="center"/>
        <w:rPr>
          <w:b/>
          <w:color w:val="FF0000"/>
          <w:sz w:val="21"/>
        </w:rPr>
      </w:pPr>
      <w:r>
        <w:rPr>
          <w:b/>
          <w:color w:val="FF0000"/>
          <w:sz w:val="21"/>
        </w:rPr>
        <w:tab/>
      </w:r>
    </w:p>
    <w:p w:rsidR="00851ACB" w:rsidRPr="00426CEA" w:rsidRDefault="00741245" w:rsidP="004B7564">
      <w:pPr>
        <w:spacing w:after="80" w:line="240" w:lineRule="auto"/>
        <w:ind w:left="-90" w:firstLine="90"/>
        <w:jc w:val="center"/>
        <w:rPr>
          <w:rFonts w:ascii="Century Schoolbook" w:hAnsi="Century Schoolbook"/>
          <w:color w:val="C00000"/>
          <w:sz w:val="20"/>
        </w:rPr>
      </w:pPr>
      <w:r w:rsidRPr="00426CEA">
        <w:rPr>
          <w:rFonts w:ascii="Century Schoolbook" w:hAnsi="Century Schoolbook"/>
          <w:b/>
          <w:color w:val="C00000"/>
          <w:sz w:val="28"/>
        </w:rPr>
        <w:t xml:space="preserve">Entry Form due by Monday, October 26, 2026 </w:t>
      </w:r>
    </w:p>
    <w:p w:rsidR="00741245" w:rsidRDefault="00741245">
      <w:pPr>
        <w:spacing w:before="40" w:after="40" w:line="240" w:lineRule="auto"/>
        <w:rPr>
          <w:b/>
          <w:sz w:val="23"/>
        </w:rPr>
      </w:pPr>
    </w:p>
    <w:p w:rsidR="00851ACB" w:rsidRPr="008F290B" w:rsidRDefault="00206061">
      <w:pPr>
        <w:spacing w:before="40" w:after="40" w:line="240" w:lineRule="auto"/>
        <w:rPr>
          <w:rFonts w:ascii="Century Schoolbook" w:hAnsi="Century Schoolbook"/>
        </w:rPr>
      </w:pPr>
      <w:r w:rsidRPr="008F290B">
        <w:rPr>
          <w:rFonts w:ascii="Century Schoolbook" w:hAnsi="Century Schoolbook"/>
          <w:b/>
          <w:sz w:val="23"/>
        </w:rPr>
        <w:t>ENTRY INFORMATION</w:t>
      </w:r>
    </w:p>
    <w:tbl>
      <w:tblPr>
        <w:tblW w:w="10715" w:type="dxa"/>
        <w:jc w:val="center"/>
        <w:tblLayout w:type="fixed"/>
        <w:tblLook w:val="04A0" w:firstRow="1" w:lastRow="0" w:firstColumn="1" w:lastColumn="0" w:noHBand="0" w:noVBand="1"/>
      </w:tblPr>
      <w:tblGrid>
        <w:gridCol w:w="10715"/>
      </w:tblGrid>
      <w:tr w:rsidR="00851ACB" w:rsidTr="004B7564">
        <w:trPr>
          <w:trHeight w:val="321"/>
          <w:jc w:val="center"/>
        </w:trPr>
        <w:tc>
          <w:tcPr>
            <w:tcW w:w="1071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851ACB" w:rsidRDefault="00206061">
            <w:pPr>
              <w:spacing w:after="0" w:line="240" w:lineRule="auto"/>
            </w:pPr>
            <w:r>
              <w:rPr>
                <w:sz w:val="20"/>
              </w:rPr>
              <w:t>Entry Type:   ☐ 6.5' Tree     ☐ 4' Tree     ☐ Wreath     ☐ Centerpiece</w:t>
            </w:r>
          </w:p>
        </w:tc>
      </w:tr>
      <w:tr w:rsidR="00851ACB" w:rsidTr="004B7564">
        <w:trPr>
          <w:trHeight w:val="718"/>
          <w:jc w:val="center"/>
        </w:trPr>
        <w:tc>
          <w:tcPr>
            <w:tcW w:w="1071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851ACB" w:rsidRDefault="008F290B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Name of Entry:</w:t>
            </w:r>
            <w:r w:rsidR="00206061">
              <w:rPr>
                <w:sz w:val="20"/>
              </w:rPr>
              <w:t xml:space="preserve">  </w:t>
            </w:r>
            <w:r w:rsidR="00206061">
              <w:rPr>
                <w:sz w:val="20"/>
              </w:rPr>
              <w:t>_________________________________________________________________</w:t>
            </w:r>
          </w:p>
          <w:p w:rsidR="008F290B" w:rsidRPr="008F290B" w:rsidRDefault="008F290B">
            <w:pPr>
              <w:spacing w:after="0" w:line="240" w:lineRule="auto"/>
              <w:rPr>
                <w:i/>
              </w:rPr>
            </w:pPr>
            <w:r w:rsidRPr="008F290B">
              <w:rPr>
                <w:i/>
                <w:sz w:val="18"/>
              </w:rPr>
              <w:t>Example: Winter Wonderland</w:t>
            </w:r>
          </w:p>
        </w:tc>
      </w:tr>
    </w:tbl>
    <w:p w:rsidR="00851ACB" w:rsidRPr="008F290B" w:rsidRDefault="00206061">
      <w:pPr>
        <w:spacing w:before="100" w:after="40" w:line="240" w:lineRule="auto"/>
        <w:rPr>
          <w:rFonts w:ascii="Century Schoolbook" w:hAnsi="Century Schoolbook"/>
        </w:rPr>
      </w:pPr>
      <w:r w:rsidRPr="008F290B">
        <w:rPr>
          <w:rFonts w:ascii="Century Schoolbook" w:hAnsi="Century Schoolbook"/>
          <w:b/>
          <w:sz w:val="23"/>
        </w:rPr>
        <w:t>CONTACT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52"/>
        <w:gridCol w:w="5354"/>
      </w:tblGrid>
      <w:tr w:rsidR="00851ACB" w:rsidTr="008F290B">
        <w:trPr>
          <w:trHeight w:val="491"/>
          <w:jc w:val="center"/>
        </w:trPr>
        <w:tc>
          <w:tcPr>
            <w:tcW w:w="5352" w:type="dxa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:rsidR="00851ACB" w:rsidRDefault="00206061">
            <w:pPr>
              <w:spacing w:after="0" w:line="240" w:lineRule="auto"/>
            </w:pPr>
            <w:r>
              <w:t>Primary Contact: __________________________________</w:t>
            </w:r>
          </w:p>
        </w:tc>
        <w:tc>
          <w:tcPr>
            <w:tcW w:w="5353" w:type="dxa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:rsidR="00851ACB" w:rsidRDefault="00206061">
            <w:pPr>
              <w:spacing w:after="0" w:line="240" w:lineRule="auto"/>
            </w:pPr>
            <w:r>
              <w:t>Phone: _______________________</w:t>
            </w:r>
          </w:p>
        </w:tc>
      </w:tr>
      <w:tr w:rsidR="00851ACB" w:rsidTr="008F290B">
        <w:trPr>
          <w:trHeight w:val="491"/>
          <w:jc w:val="center"/>
        </w:trPr>
        <w:tc>
          <w:tcPr>
            <w:tcW w:w="10706" w:type="dxa"/>
            <w:gridSpan w:val="2"/>
            <w:tcMar>
              <w:top w:w="65" w:type="dxa"/>
              <w:left w:w="60" w:type="dxa"/>
              <w:bottom w:w="65" w:type="dxa"/>
              <w:right w:w="60" w:type="dxa"/>
            </w:tcMar>
            <w:vAlign w:val="center"/>
          </w:tcPr>
          <w:p w:rsidR="00851ACB" w:rsidRDefault="00206061">
            <w:pPr>
              <w:spacing w:after="0" w:line="240" w:lineRule="auto"/>
            </w:pPr>
            <w:r>
              <w:t>Address: __________________________________________________________________________</w:t>
            </w:r>
          </w:p>
        </w:tc>
      </w:tr>
    </w:tbl>
    <w:p w:rsidR="00851ACB" w:rsidRPr="008F290B" w:rsidRDefault="00206061">
      <w:pPr>
        <w:spacing w:before="100" w:after="40" w:line="240" w:lineRule="auto"/>
        <w:rPr>
          <w:rFonts w:ascii="Century Schoolbook" w:hAnsi="Century Schoolbook"/>
        </w:rPr>
      </w:pPr>
      <w:r w:rsidRPr="008F290B">
        <w:rPr>
          <w:rFonts w:ascii="Century Schoolbook" w:hAnsi="Century Schoolbook"/>
          <w:b/>
          <w:sz w:val="23"/>
        </w:rPr>
        <w:t>DESIGNER INFORMATION</w:t>
      </w:r>
      <w:r w:rsidR="008F290B">
        <w:rPr>
          <w:rFonts w:ascii="Century Schoolbook" w:hAnsi="Century Schoolbook"/>
          <w:b/>
          <w:sz w:val="23"/>
        </w:rPr>
        <w:t xml:space="preserve"> – </w:t>
      </w:r>
      <w:r w:rsidR="008F290B" w:rsidRPr="00426CEA">
        <w:rPr>
          <w:rFonts w:ascii="Century Schoolbook" w:hAnsi="Century Schoolbook"/>
          <w:b/>
          <w:i/>
          <w:sz w:val="23"/>
        </w:rPr>
        <w:t xml:space="preserve">List all designer/decorator </w:t>
      </w:r>
      <w:r w:rsidR="00426CEA">
        <w:rPr>
          <w:rFonts w:ascii="Century Schoolbook" w:hAnsi="Century Schoolbook"/>
          <w:b/>
          <w:i/>
          <w:sz w:val="23"/>
        </w:rPr>
        <w:t>names</w:t>
      </w:r>
      <w:r w:rsidR="008F290B" w:rsidRPr="00426CEA">
        <w:rPr>
          <w:rFonts w:ascii="Century Schoolbook" w:hAnsi="Century Schoolbook"/>
          <w:b/>
          <w:i/>
          <w:sz w:val="23"/>
        </w:rPr>
        <w:t>.</w:t>
      </w:r>
    </w:p>
    <w:tbl>
      <w:tblPr>
        <w:tblW w:w="10787" w:type="dxa"/>
        <w:jc w:val="center"/>
        <w:tblLayout w:type="fixed"/>
        <w:tblLook w:val="04A0" w:firstRow="1" w:lastRow="0" w:firstColumn="1" w:lastColumn="0" w:noHBand="0" w:noVBand="1"/>
      </w:tblPr>
      <w:tblGrid>
        <w:gridCol w:w="10506"/>
        <w:gridCol w:w="281"/>
      </w:tblGrid>
      <w:tr w:rsidR="00206061" w:rsidTr="004B7564">
        <w:trPr>
          <w:gridAfter w:val="1"/>
          <w:wAfter w:w="281" w:type="dxa"/>
          <w:trHeight w:val="555"/>
          <w:jc w:val="center"/>
        </w:trPr>
        <w:tc>
          <w:tcPr>
            <w:tcW w:w="10506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206061" w:rsidRDefault="00206061">
            <w:pPr>
              <w:spacing w:after="0" w:line="240" w:lineRule="auto"/>
            </w:pPr>
            <w:r>
              <w:t>Designer Name(s): ___________________________________________________________________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</w:p>
          <w:p w:rsidR="00206061" w:rsidRDefault="00206061">
            <w:pPr>
              <w:spacing w:after="0" w:line="240" w:lineRule="auto"/>
            </w:pPr>
          </w:p>
          <w:p w:rsidR="00206061" w:rsidRDefault="00206061">
            <w:pPr>
              <w:spacing w:after="0" w:line="240" w:lineRule="auto"/>
            </w:pPr>
            <w:r>
              <w:t>___________________________________________________________________________________</w:t>
            </w:r>
          </w:p>
          <w:p w:rsidR="00206061" w:rsidRDefault="00206061">
            <w:pPr>
              <w:spacing w:after="0" w:line="240" w:lineRule="auto"/>
            </w:pPr>
          </w:p>
          <w:p w:rsidR="00206061" w:rsidRDefault="00206061">
            <w:pPr>
              <w:spacing w:after="0" w:line="240" w:lineRule="auto"/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__________________________________________________________________________________</w:t>
            </w:r>
          </w:p>
        </w:tc>
      </w:tr>
      <w:tr w:rsidR="00851ACB" w:rsidTr="004B7564">
        <w:trPr>
          <w:trHeight w:val="555"/>
          <w:jc w:val="center"/>
        </w:trPr>
        <w:tc>
          <w:tcPr>
            <w:tcW w:w="10787" w:type="dxa"/>
            <w:gridSpan w:val="2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426CEA" w:rsidRDefault="00426CEA">
            <w:pPr>
              <w:spacing w:after="0" w:line="240" w:lineRule="auto"/>
            </w:pPr>
            <w:r>
              <w:t>Are you decorating for a business or organization? If yes, please list the name. If no, leave blank.</w:t>
            </w:r>
          </w:p>
          <w:p w:rsidR="00426CEA" w:rsidRDefault="00426CEA">
            <w:pPr>
              <w:spacing w:after="0" w:line="240" w:lineRule="auto"/>
            </w:pPr>
          </w:p>
          <w:p w:rsidR="00851ACB" w:rsidRDefault="00206061">
            <w:pPr>
              <w:spacing w:after="0" w:line="240" w:lineRule="auto"/>
            </w:pPr>
            <w:r>
              <w:t>Business/Organization (if applicable): ______________________________________________</w:t>
            </w:r>
            <w:r w:rsidR="00426CEA">
              <w:t>__________</w:t>
            </w:r>
          </w:p>
        </w:tc>
      </w:tr>
      <w:tr w:rsidR="00851ACB" w:rsidTr="004B7564">
        <w:trPr>
          <w:trHeight w:val="487"/>
          <w:jc w:val="center"/>
        </w:trPr>
        <w:tc>
          <w:tcPr>
            <w:tcW w:w="10787" w:type="dxa"/>
            <w:gridSpan w:val="2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51ACB" w:rsidRDefault="00426CEA" w:rsidP="00426CEA">
            <w:pPr>
              <w:spacing w:after="0" w:line="240" w:lineRule="auto"/>
            </w:pPr>
            <w:r>
              <w:t xml:space="preserve">How should we list the designer(s) on the event signage? </w:t>
            </w:r>
            <w:r w:rsidRPr="00426CEA">
              <w:rPr>
                <w:i/>
              </w:rPr>
              <w:t>Example: Jane Smith &amp; Mar</w:t>
            </w:r>
            <w:r>
              <w:rPr>
                <w:i/>
              </w:rPr>
              <w:t>y</w:t>
            </w:r>
            <w:r w:rsidRPr="00426CEA">
              <w:rPr>
                <w:i/>
              </w:rPr>
              <w:t xml:space="preserve"> Jones </w:t>
            </w:r>
            <w:r w:rsidR="00A1232C">
              <w:rPr>
                <w:i/>
              </w:rPr>
              <w:t>and/</w:t>
            </w:r>
            <w:r w:rsidRPr="00426CEA">
              <w:rPr>
                <w:i/>
              </w:rPr>
              <w:t>or ABC Company</w:t>
            </w:r>
          </w:p>
        </w:tc>
      </w:tr>
      <w:tr w:rsidR="00851ACB" w:rsidTr="004B7564">
        <w:trPr>
          <w:trHeight w:val="555"/>
          <w:jc w:val="center"/>
        </w:trPr>
        <w:tc>
          <w:tcPr>
            <w:tcW w:w="10787" w:type="dxa"/>
            <w:gridSpan w:val="2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51ACB" w:rsidRDefault="00206061">
            <w:pPr>
              <w:spacing w:after="0" w:line="240" w:lineRule="auto"/>
            </w:pPr>
            <w:r>
              <w:t>____________________________________________________________________________________</w:t>
            </w:r>
          </w:p>
        </w:tc>
      </w:tr>
    </w:tbl>
    <w:p w:rsidR="004B7564" w:rsidRDefault="004B7564">
      <w:pPr>
        <w:spacing w:before="100" w:after="20" w:line="240" w:lineRule="auto"/>
        <w:rPr>
          <w:rFonts w:ascii="Century Schoolbook" w:hAnsi="Century Schoolbook"/>
          <w:b/>
          <w:sz w:val="21"/>
        </w:rPr>
      </w:pPr>
    </w:p>
    <w:p w:rsidR="00851ACB" w:rsidRPr="008F290B" w:rsidRDefault="00206061" w:rsidP="00206061">
      <w:pPr>
        <w:spacing w:before="100" w:after="20" w:line="240" w:lineRule="auto"/>
        <w:jc w:val="center"/>
        <w:rPr>
          <w:rFonts w:ascii="Century Schoolbook" w:hAnsi="Century Schoolbook"/>
        </w:rPr>
      </w:pPr>
      <w:r w:rsidRPr="008F290B">
        <w:rPr>
          <w:rFonts w:ascii="Century Schoolbook" w:hAnsi="Century Schoolbook"/>
          <w:b/>
          <w:sz w:val="21"/>
        </w:rPr>
        <w:t>RETURN COMPLETED FORM TO:</w:t>
      </w:r>
    </w:p>
    <w:p w:rsidR="00851ACB" w:rsidRPr="008F290B" w:rsidRDefault="00206061" w:rsidP="00206061">
      <w:pPr>
        <w:spacing w:after="0" w:line="240" w:lineRule="auto"/>
        <w:jc w:val="center"/>
        <w:rPr>
          <w:sz w:val="22"/>
        </w:rPr>
      </w:pPr>
      <w:r w:rsidRPr="008F290B">
        <w:rPr>
          <w:b/>
          <w:sz w:val="22"/>
        </w:rPr>
        <w:t xml:space="preserve">Pathway Services – Festival of </w:t>
      </w:r>
      <w:proofErr w:type="gramStart"/>
      <w:r w:rsidRPr="008F290B">
        <w:rPr>
          <w:b/>
          <w:sz w:val="22"/>
        </w:rPr>
        <w:t>Trees  |</w:t>
      </w:r>
      <w:proofErr w:type="gramEnd"/>
      <w:r w:rsidRPr="008F290B">
        <w:rPr>
          <w:b/>
          <w:sz w:val="22"/>
        </w:rPr>
        <w:t xml:space="preserve">  1905 W. Morton, Jacksonville, IL 62650</w:t>
      </w:r>
    </w:p>
    <w:p w:rsidR="00206061" w:rsidRDefault="00206061" w:rsidP="00206061">
      <w:pPr>
        <w:spacing w:after="100" w:line="240" w:lineRule="auto"/>
        <w:jc w:val="center"/>
        <w:rPr>
          <w:sz w:val="22"/>
        </w:rPr>
      </w:pPr>
      <w:r w:rsidRPr="008F290B">
        <w:rPr>
          <w:sz w:val="22"/>
        </w:rPr>
        <w:t>Questions? Contact Jessica Brogdon at (217) 479-2320.</w:t>
      </w:r>
      <w:bookmarkStart w:id="0" w:name="_GoBack"/>
      <w:bookmarkEnd w:id="0"/>
    </w:p>
    <w:p w:rsidR="00206061" w:rsidRPr="00206061" w:rsidRDefault="00206061" w:rsidP="00206061">
      <w:pPr>
        <w:spacing w:after="100" w:line="240" w:lineRule="auto"/>
        <w:jc w:val="center"/>
        <w:rPr>
          <w:b/>
          <w:color w:val="C00000"/>
          <w:sz w:val="22"/>
        </w:rPr>
      </w:pPr>
      <w:r>
        <w:rPr>
          <w:b/>
          <w:color w:val="C00000"/>
          <w:sz w:val="22"/>
        </w:rPr>
        <w:t>All entry forms</w:t>
      </w:r>
      <w:r w:rsidRPr="00206061">
        <w:rPr>
          <w:b/>
          <w:color w:val="C00000"/>
          <w:sz w:val="22"/>
        </w:rPr>
        <w:t xml:space="preserve"> are due by October 26, 2026</w:t>
      </w:r>
    </w:p>
    <w:p w:rsidR="00426CEA" w:rsidRPr="008F290B" w:rsidRDefault="00426CEA">
      <w:pPr>
        <w:spacing w:after="100" w:line="240" w:lineRule="auto"/>
        <w:rPr>
          <w:sz w:val="22"/>
        </w:rPr>
      </w:pPr>
    </w:p>
    <w:tbl>
      <w:tblPr>
        <w:tblW w:w="0" w:type="auto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12" w:space="0" w:color="C00000"/>
          <w:insideV w:val="single" w:sz="12" w:space="0" w:color="C00000"/>
        </w:tblBorders>
        <w:tblLook w:val="04A0" w:firstRow="1" w:lastRow="0" w:firstColumn="1" w:lastColumn="0" w:noHBand="0" w:noVBand="1"/>
      </w:tblPr>
      <w:tblGrid>
        <w:gridCol w:w="10626"/>
      </w:tblGrid>
      <w:tr w:rsidR="00851ACB" w:rsidTr="00426CEA">
        <w:trPr>
          <w:jc w:val="center"/>
        </w:trPr>
        <w:tc>
          <w:tcPr>
            <w:tcW w:w="106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:rsidR="00851ACB" w:rsidRPr="008F290B" w:rsidRDefault="00206061">
            <w:pPr>
              <w:spacing w:after="0" w:line="240" w:lineRule="auto"/>
              <w:jc w:val="center"/>
              <w:rPr>
                <w:rFonts w:ascii="Century Schoolbook" w:hAnsi="Century Schoolbook"/>
              </w:rPr>
            </w:pPr>
            <w:r w:rsidRPr="008F290B">
              <w:rPr>
                <w:rFonts w:ascii="Century Schoolbook" w:hAnsi="Century Schoolbook"/>
                <w:b/>
                <w:sz w:val="21"/>
                <w:u w:val="single"/>
              </w:rPr>
              <w:t xml:space="preserve">EVENT USE </w:t>
            </w:r>
            <w:r w:rsidRPr="008F290B">
              <w:rPr>
                <w:rFonts w:ascii="Century Schoolbook" w:hAnsi="Century Schoolbook"/>
                <w:b/>
                <w:sz w:val="21"/>
                <w:u w:val="single"/>
              </w:rPr>
              <w:t>ONLY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207"/>
              <w:gridCol w:w="5199"/>
            </w:tblGrid>
            <w:tr w:rsidR="00851ACB" w:rsidTr="00206061">
              <w:tc>
                <w:tcPr>
                  <w:tcW w:w="5207" w:type="dxa"/>
                  <w:tcMar>
                    <w:top w:w="35" w:type="dxa"/>
                    <w:left w:w="35" w:type="dxa"/>
                    <w:bottom w:w="35" w:type="dxa"/>
                    <w:right w:w="35" w:type="dxa"/>
                  </w:tcMar>
                </w:tcPr>
                <w:p w:rsidR="00851ACB" w:rsidRDefault="00206061">
                  <w:r>
                    <w:t>Entry #: __________________</w:t>
                  </w:r>
                </w:p>
              </w:tc>
              <w:tc>
                <w:tcPr>
                  <w:tcW w:w="5199" w:type="dxa"/>
                  <w:tcMar>
                    <w:top w:w="35" w:type="dxa"/>
                    <w:left w:w="35" w:type="dxa"/>
                    <w:bottom w:w="35" w:type="dxa"/>
                    <w:right w:w="35" w:type="dxa"/>
                  </w:tcMar>
                </w:tcPr>
                <w:p w:rsidR="00851ACB" w:rsidRDefault="00206061">
                  <w:r>
                    <w:t>☐</w:t>
                  </w:r>
                  <w:r>
                    <w:t xml:space="preserve"> Not for Auction</w:t>
                  </w:r>
                </w:p>
              </w:tc>
            </w:tr>
            <w:tr w:rsidR="00851ACB" w:rsidTr="00206061">
              <w:tc>
                <w:tcPr>
                  <w:tcW w:w="5207" w:type="dxa"/>
                  <w:tcMar>
                    <w:top w:w="35" w:type="dxa"/>
                    <w:left w:w="35" w:type="dxa"/>
                    <w:bottom w:w="35" w:type="dxa"/>
                    <w:right w:w="35" w:type="dxa"/>
                  </w:tcMar>
                </w:tcPr>
                <w:p w:rsidR="00851ACB" w:rsidRDefault="00206061">
                  <w:r>
                    <w:t>Purchased By: __________________________</w:t>
                  </w:r>
                </w:p>
              </w:tc>
              <w:tc>
                <w:tcPr>
                  <w:tcW w:w="5199" w:type="dxa"/>
                  <w:tcMar>
                    <w:top w:w="35" w:type="dxa"/>
                    <w:left w:w="35" w:type="dxa"/>
                    <w:bottom w:w="35" w:type="dxa"/>
                    <w:right w:w="35" w:type="dxa"/>
                  </w:tcMar>
                </w:tcPr>
                <w:p w:rsidR="00851ACB" w:rsidRDefault="00206061">
                  <w:r>
                    <w:t>Phone: __________________________</w:t>
                  </w:r>
                </w:p>
              </w:tc>
            </w:tr>
            <w:tr w:rsidR="00851ACB" w:rsidTr="00206061">
              <w:tc>
                <w:tcPr>
                  <w:tcW w:w="5207" w:type="dxa"/>
                  <w:tcMar>
                    <w:top w:w="35" w:type="dxa"/>
                    <w:left w:w="35" w:type="dxa"/>
                    <w:bottom w:w="35" w:type="dxa"/>
                    <w:right w:w="35" w:type="dxa"/>
                  </w:tcMar>
                </w:tcPr>
                <w:p w:rsidR="00851ACB" w:rsidRDefault="00206061">
                  <w:r>
                    <w:t>Auction #: __________________</w:t>
                  </w:r>
                </w:p>
              </w:tc>
              <w:tc>
                <w:tcPr>
                  <w:tcW w:w="5199" w:type="dxa"/>
                  <w:tcMar>
                    <w:top w:w="35" w:type="dxa"/>
                    <w:left w:w="35" w:type="dxa"/>
                    <w:bottom w:w="35" w:type="dxa"/>
                    <w:right w:w="35" w:type="dxa"/>
                  </w:tcMar>
                </w:tcPr>
                <w:p w:rsidR="00851ACB" w:rsidRDefault="00206061">
                  <w:r>
                    <w:t>Amount: $__________________</w:t>
                  </w:r>
                </w:p>
              </w:tc>
            </w:tr>
            <w:tr w:rsidR="00851ACB" w:rsidTr="00206061">
              <w:tc>
                <w:tcPr>
                  <w:tcW w:w="5207" w:type="dxa"/>
                  <w:tcMar>
                    <w:top w:w="35" w:type="dxa"/>
                    <w:left w:w="35" w:type="dxa"/>
                    <w:bottom w:w="35" w:type="dxa"/>
                    <w:right w:w="35" w:type="dxa"/>
                  </w:tcMar>
                </w:tcPr>
                <w:p w:rsidR="00851ACB" w:rsidRDefault="00206061">
                  <w:r>
                    <w:t>Payment: ☐ Cash   ☐ Check #________</w:t>
                  </w:r>
                </w:p>
              </w:tc>
              <w:tc>
                <w:tcPr>
                  <w:tcW w:w="5199" w:type="dxa"/>
                  <w:tcMar>
                    <w:top w:w="35" w:type="dxa"/>
                    <w:left w:w="35" w:type="dxa"/>
                    <w:bottom w:w="35" w:type="dxa"/>
                    <w:right w:w="35" w:type="dxa"/>
                  </w:tcMar>
                </w:tcPr>
                <w:p w:rsidR="00851ACB" w:rsidRDefault="00206061">
                  <w:r>
                    <w:t>☐</w:t>
                  </w:r>
                  <w:r>
                    <w:t xml:space="preserve"> Credit/Debit</w:t>
                  </w:r>
                </w:p>
              </w:tc>
            </w:tr>
            <w:tr w:rsidR="00851ACB" w:rsidTr="00206061">
              <w:tc>
                <w:tcPr>
                  <w:tcW w:w="5207" w:type="dxa"/>
                  <w:tcMar>
                    <w:top w:w="35" w:type="dxa"/>
                    <w:left w:w="35" w:type="dxa"/>
                    <w:bottom w:w="35" w:type="dxa"/>
                    <w:right w:w="35" w:type="dxa"/>
                  </w:tcMar>
                </w:tcPr>
                <w:p w:rsidR="00851ACB" w:rsidRDefault="00206061">
                  <w:r>
                    <w:t xml:space="preserve">Delivery Needed: </w:t>
                  </w:r>
                  <w:r>
                    <w:t>☐</w:t>
                  </w:r>
                  <w:r>
                    <w:t xml:space="preserve"> Yes   ☐ No</w:t>
                  </w:r>
                </w:p>
              </w:tc>
              <w:tc>
                <w:tcPr>
                  <w:tcW w:w="5199" w:type="dxa"/>
                  <w:tcMar>
                    <w:top w:w="35" w:type="dxa"/>
                    <w:left w:w="35" w:type="dxa"/>
                    <w:bottom w:w="35" w:type="dxa"/>
                    <w:right w:w="35" w:type="dxa"/>
                  </w:tcMar>
                </w:tcPr>
                <w:p w:rsidR="00851ACB" w:rsidRDefault="00206061">
                  <w:r>
                    <w:t>Ref #: __________________</w:t>
                  </w:r>
                </w:p>
              </w:tc>
            </w:tr>
          </w:tbl>
          <w:p w:rsidR="00851ACB" w:rsidRDefault="00851ACB">
            <w:pPr>
              <w:spacing w:after="0" w:line="240" w:lineRule="auto"/>
            </w:pPr>
          </w:p>
        </w:tc>
      </w:tr>
    </w:tbl>
    <w:p w:rsidR="00000000" w:rsidRDefault="00206061"/>
    <w:sectPr w:rsidR="00000000" w:rsidSect="00426CEA">
      <w:pgSz w:w="12240" w:h="15840"/>
      <w:pgMar w:top="180" w:right="792" w:bottom="3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06061"/>
    <w:rsid w:val="0029639D"/>
    <w:rsid w:val="00326F90"/>
    <w:rsid w:val="00426CEA"/>
    <w:rsid w:val="004B7564"/>
    <w:rsid w:val="00741245"/>
    <w:rsid w:val="00851ACB"/>
    <w:rsid w:val="008F290B"/>
    <w:rsid w:val="00964E07"/>
    <w:rsid w:val="00A1232C"/>
    <w:rsid w:val="00AA1D8D"/>
    <w:rsid w:val="00B47730"/>
    <w:rsid w:val="00BF661E"/>
    <w:rsid w:val="00CB0664"/>
    <w:rsid w:val="00FA6E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E8D5CF"/>
  <w14:defaultImageDpi w14:val="300"/>
  <w15:docId w15:val="{FB10B12E-38AA-4FAF-A963-64F7BAC7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F66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191178-90B3-449C-B77F-CD236FCF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Jessica Brogdon</cp:lastModifiedBy>
  <cp:revision>3</cp:revision>
  <cp:lastPrinted>2026-09-03T17:00:00Z</cp:lastPrinted>
  <dcterms:created xsi:type="dcterms:W3CDTF">2026-09-03T17:17:00Z</dcterms:created>
  <dcterms:modified xsi:type="dcterms:W3CDTF">2026-09-03T17:45:00Z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26401d85-e900-464f-a7e0-e1f2dcbe0b4e</vt:lpwstr>
  </property>
</Properties>
</file>